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ההפסקה הראשונה</w:t>
      </w:r>
    </w:p>
    <w:p>
      <w:pPr>
        <w:bidi w:val="1"/>
        <w:spacing w:after="40" w:before="0"/>
      </w:pPr>
      <w:r>
        <w:rPr>
          <w:rFonts w:ascii="Arial" w:hAnsi="Arial" w:cs="Arial"/>
          <w:b w:val="0"/>
          <w:color w:val="5D5675"/>
          <w:sz w:val="23"/>
          <w:rtl w:val="1"/>
          <w:szCs w:val="23"/>
        </w:rPr>
        <w:t>כיתה ח׳ · סיפור קצר · 391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ההפסקה הראשונה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איזו מילה למד דניאל באולפן? ✔ ב. תודה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איזו מילה הבין דניאל מיד? ✔ ב. כדורגל</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לא הבין את השפה בזמן אמת, ולכן הגיב באיחור; המשפט ממחיש את תחושת הזרות והבדידות שלו בימים הראשונים.</w:t>
      </w:r>
    </w:p>
    <w:p>
      <w:pPr>
        <w:bidi w:val="1"/>
        <w:spacing w:after="40" w:before="0"/>
      </w:pPr>
      <w:r>
        <w:rPr>
          <w:rFonts w:ascii="Arial" w:hAnsi="Arial" w:cs="Arial"/>
          <w:b/>
          <w:color w:val="C2417A"/>
          <w:sz w:val="22"/>
          <w:rtl w:val="1"/>
          <w:szCs w:val="22"/>
          <w:bCs/>
        </w:rPr>
        <w:t xml:space="preserve">4 (ג׳) · </w:t>
      </w:r>
      <w:r>
        <w:rPr>
          <w:rFonts w:ascii="Arial" w:hAnsi="Arial" w:cs="Arial"/>
          <w:b w:val="0"/>
          <w:sz w:val="22"/>
          <w:rtl w:val="1"/>
          <w:szCs w:val="22"/>
        </w:rPr>
        <w:t>תשובה אישית: עמדה ברורה + נימוק + פרט מהסיפור (למשל: דניאל למד את המילים החשובות במגרש ובכיתה, בזכות יואב).</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8: ההפסקה הראשונה</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גם בכיתה שלכם יש תלמידים ותלמידות שהגיעו לא מזמן מארץ אחרת. איך מרגישים כשכל המילים מסביב זרות? הסיפור מסופר מנקודת המבט של נער שעלה לארץ. קראו ונסו לדמיין את עצמכם במקומו.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ההפסקה הראשונה</w:t>
            </w:r>
          </w:p>
          <w:p>
            <w:pPr>
              <w:bidi w:val="1"/>
            </w:pPr>
            <w:r>
              <w:rPr>
                <w:rFonts w:ascii="Arial" w:hAnsi="Arial" w:cs="Arial"/>
                <w:b/>
                <w:color w:val="5D5675"/>
                <w:sz w:val="26"/>
                <w:rtl w:val="1"/>
                <w:szCs w:val="26"/>
                <w:bCs/>
              </w:rPr>
              <w:t>דניאל עלה לארץ לפני חודשיים. בהפסקה הראשונה הוא מגלה שיש שפה שאין צורך לתרגם.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הצלצול היה הדבר הראשון שהבנתי בבית הספר החדש. הוא נשמע כמעט כמו הצלצול בבית הספר הקודם שלי, בעיר אחרת, בשפה אחרת. כל השאר היה מהיר מדי: המורה דיברה מהר, התלמידים צחקו מהר, ואני חייכתי מאוחר מדי, אחרי שכולם כבר הפסיקו.</w:t>
            </w:r>
          </w:p>
          <w:p>
            <w:pPr>
              <w:bidi w:val="1"/>
            </w:pPr>
            <w:r>
              <w:rPr>
                <w:rFonts w:ascii="Arial" w:hAnsi="Arial" w:cs="Arial"/>
                <w:b/>
                <w:color w:val="7A5BD6"/>
                <w:sz w:val="26"/>
                <w:rtl w:val="1"/>
                <w:szCs w:val="26"/>
                <w:bCs/>
              </w:rPr>
              <w:t xml:space="preserve">ב.  </w:t>
            </w:r>
            <w:r>
              <w:rPr>
                <w:rFonts w:ascii="Arial" w:hAnsi="Arial" w:cs="Arial"/>
                <w:b w:val="0"/>
                <w:sz w:val="26"/>
                <w:rtl w:val="1"/>
                <w:szCs w:val="26"/>
              </w:rPr>
              <w:t>קוראים לי דניאל. עליתי לארץ עם אימא ועם אחותי הקטנה לפני חודשיים. באולפן למדתי לומר "שלום", "תודה" ו"איפה השירותים", אבל אף אחד לא לימד אותי מה אומרים כשכל הכיתה יוצאת להפסקה ואתה נשאר ליד השולחן, מעמיד פנים שאתה מסדר את הקלמר.</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ביום השלישי, נער גבוה עם כובע מצחייה עצר ליד השולחן שלי. "כדורגל?" שאל, והצביע על החלון. את המילה הזאת הבנתי. היא דומה כמעט בכל השפות. יצאתי איתו למגרש.</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במגרש לא היה צורך במילים. כשמסרתי כדור טוב, מישהו צעק "יאללה!", וכשהבקעתי שער, שלושה ילדים רצו לחבק אותי. הנער עם הכובע, יואב, לימד אותי את המילים החשובות באמת: "תמסור", "אני פנוי", ו"פנדל, פנדל!" אחרי ההפסקה, בשיעור לשון, המורה ביקשה מכל אחד לכתוב משפט על עצמו. כתבתי לאט, אות אחרי אות: "אני אוהב כדורגל." יואב הציץ במחברת שלי ותיקן בעדינות: "אני אוהב לשחק כדורגל. ככה יותר טוב." הוא לא צחק. הוא רק הסביר.</w:t>
            </w:r>
          </w:p>
          <w:p>
            <w:pPr>
              <w:bidi w:val="1"/>
            </w:pPr>
            <w:r>
              <w:rPr>
                <w:rFonts w:ascii="Arial" w:hAnsi="Arial" w:cs="Arial"/>
                <w:b/>
                <w:color w:val="7A5BD6"/>
                <w:sz w:val="26"/>
                <w:rtl w:val="1"/>
                <w:szCs w:val="26"/>
                <w:bCs/>
              </w:rPr>
              <w:t xml:space="preserve">ח.  </w:t>
            </w:r>
            <w:r>
              <w:rPr>
                <w:rFonts w:ascii="Arial" w:hAnsi="Arial" w:cs="Arial"/>
                <w:b w:val="0"/>
                <w:sz w:val="26"/>
                <w:rtl w:val="1"/>
                <w:szCs w:val="26"/>
              </w:rPr>
              <w:t>בשבוע שעבר הגיעה לכיתה תלמידה חדשה, שעלתה לפני שבוע. ראיתי אותה יושבת ליד השולחן ומסדרת את הקלמר. ניגשתי אליה ושאלתי: "רוצה לבוא?" היא לא הבינה את כל המילים. אבל היא הבינה.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אולפן     מעמיד פנים     כובע מצחייה     פנוי     בעדינות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איזו מילה למד דניאל באולפן?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פנדל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תודה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ביחד</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איזו מילה הבין דניאל מיד?</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שיעורים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כדורגל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צלצול</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רוצה דניאל לומר כשהוא כותב "חייכתי מאוחר מדי, אחרי שכולם כבר הפסיקו"?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דניאל מרגיש ש… 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שתלמידים עולים צריכים ללמוד בכיתה נפרדת עד שידברו עברית טובה, כדי שלא יפגרו בחומר. אחרים טוענים שחשוב שישתלבו בכיתה רגילה מהיום הראשון, כי כך לומדים שפה וחברות הכי מהר.</w:t>
            </w:r>
          </w:p>
        </w:tc>
      </w:tr>
    </w:tbl>
    <w:p>
      <w:pPr>
        <w:bidi w:val="1"/>
        <w:spacing w:after="40" w:before="0"/>
      </w:pP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8 · ההפסקה הראשונה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8 · ההפסקה הראשונה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